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0" w:lineRule="auto"/>
        <w:jc w:val="center"/>
        <w:rPr>
          <w:b w:val="1"/>
          <w:bCs w:val="1"/>
          <w:sz w:val="24"/>
          <w:szCs w:val="24"/>
        </w:rPr>
      </w:pPr>
      <w:r w:rsidDel="00000000" w:rsidR="00000000" w:rsidRPr="00000000">
        <w:rPr>
          <w:b w:val="1"/>
          <w:bCs w:val="1"/>
          <w:sz w:val="24"/>
          <w:szCs w:val="24"/>
          <w:rtl w:val="0"/>
        </w:rPr>
        <w:t xml:space="preserve">SÚHLAS SO ZARADENÍM DO WHATSAPP SKUPINY</w:t>
        <w:br w:type="textWrapping"/>
        <w:t xml:space="preserve">A SO ZDIEĽANÍM FOTOGRAFIÍ</w:t>
      </w:r>
    </w:p>
    <w:p w:rsidR="00000000" w:rsidDel="00000000" w:rsidP="00000000" w:rsidRDefault="00000000" w:rsidRPr="00000000" w14:paraId="00000002">
      <w:pPr>
        <w:spacing w:after="80" w:line="240" w:lineRule="auto"/>
        <w:rPr>
          <w:sz w:val="24"/>
          <w:szCs w:val="24"/>
        </w:rPr>
      </w:pPr>
      <w:r w:rsidDel="00000000" w:rsidR="00000000" w:rsidRPr="00000000">
        <w:rPr>
          <w:sz w:val="24"/>
          <w:szCs w:val="24"/>
          <w:rtl w:val="0"/>
        </w:rPr>
        <w:t xml:space="preserve">Súhlasím so zaradením môjho telefónneho čísla do uzavretej WhatsApp skupiny Súkromnej materskej školy Kalinajkovo, určenej na organizačnú komunikáciu s rodičmi a zdieľanie fotografií a videí zo života materskej školy.</w:t>
      </w:r>
    </w:p>
    <w:p w:rsidR="00000000" w:rsidDel="00000000" w:rsidP="00000000" w:rsidRDefault="00000000" w:rsidRPr="00000000" w14:paraId="00000003">
      <w:pPr>
        <w:spacing w:after="80" w:line="240" w:lineRule="auto"/>
        <w:rPr>
          <w:sz w:val="24"/>
          <w:szCs w:val="24"/>
        </w:rPr>
      </w:pPr>
      <w:r w:rsidDel="00000000" w:rsidR="00000000" w:rsidRPr="00000000">
        <w:rPr>
          <w:sz w:val="24"/>
          <w:szCs w:val="24"/>
          <w:rtl w:val="0"/>
        </w:rPr>
        <w:t xml:space="preserve">Súhlasím so zdieľaním fotografií a videí môjho dieťaťa v tejto uzavretej skupine.</w:t>
      </w:r>
    </w:p>
    <w:p w:rsidR="00000000" w:rsidDel="00000000" w:rsidP="00000000" w:rsidRDefault="00000000" w:rsidRPr="00000000" w14:paraId="00000004">
      <w:pPr>
        <w:spacing w:after="80" w:line="240" w:lineRule="auto"/>
        <w:rPr>
          <w:sz w:val="24"/>
          <w:szCs w:val="24"/>
        </w:rPr>
      </w:pPr>
      <w:r w:rsidDel="00000000" w:rsidR="00000000" w:rsidRPr="00000000">
        <w:rPr>
          <w:sz w:val="24"/>
          <w:szCs w:val="24"/>
          <w:rtl w:val="0"/>
        </w:rPr>
        <w:t xml:space="preserve">Beriem na vedomie, že fotografie a videá, na ktorých sú zachytené aj iné deti, sú určené výlučne na súkromné účely členov skupiny. Bez súhlasu zákonných zástupcov ostatných zachytených detí ich nebudem ďalej zverejňovať, najmä na sociálnych sieťach, ani poskytovať alebo preposielať tretím osobám.</w:t>
      </w:r>
    </w:p>
    <w:p w:rsidR="00000000" w:rsidDel="00000000" w:rsidP="00000000" w:rsidRDefault="00000000" w:rsidRPr="00000000" w14:paraId="00000005">
      <w:pPr>
        <w:spacing w:after="80" w:line="240" w:lineRule="auto"/>
        <w:rPr>
          <w:sz w:val="24"/>
          <w:szCs w:val="24"/>
        </w:rPr>
      </w:pPr>
      <w:r w:rsidDel="00000000" w:rsidR="00000000" w:rsidRPr="00000000">
        <w:rPr>
          <w:sz w:val="24"/>
          <w:szCs w:val="24"/>
          <w:rtl w:val="0"/>
        </w:rPr>
        <w:t xml:space="preserve">Tento súhlas je dobrovoľný a môžem ho kedykoľvek odvolať.</w:t>
      </w:r>
    </w:p>
    <w:p w:rsidR="00000000" w:rsidDel="00000000" w:rsidP="00000000" w:rsidRDefault="00000000" w:rsidRPr="00000000" w14:paraId="00000006">
      <w:pPr>
        <w:spacing w:after="80" w:lineRule="auto"/>
        <w:rPr>
          <w:sz w:val="24"/>
          <w:szCs w:val="24"/>
        </w:rPr>
      </w:pPr>
      <w:r w:rsidDel="00000000" w:rsidR="00000000" w:rsidRPr="00000000">
        <w:rPr>
          <w:b w:val="1"/>
          <w:bCs w:val="1"/>
          <w:sz w:val="24"/>
          <w:szCs w:val="24"/>
          <w:rtl w:val="0"/>
        </w:rPr>
        <w:t xml:space="preserve">Meno a priezvisko dieťaťa: </w:t>
      </w:r>
      <w:r w:rsidDel="00000000" w:rsidR="00000000" w:rsidRPr="00000000">
        <w:rPr>
          <w:sz w:val="24"/>
          <w:szCs w:val="24"/>
          <w:rtl w:val="0"/>
        </w:rPr>
        <w:t xml:space="preserve">.......................................................</w:t>
      </w:r>
    </w:p>
    <w:p w:rsidR="00000000" w:rsidDel="00000000" w:rsidP="00000000" w:rsidRDefault="00000000" w:rsidRPr="00000000" w14:paraId="00000007">
      <w:pPr>
        <w:spacing w:after="80" w:lineRule="auto"/>
        <w:rPr>
          <w:sz w:val="24"/>
          <w:szCs w:val="24"/>
        </w:rPr>
      </w:pPr>
      <w:r w:rsidDel="00000000" w:rsidR="00000000" w:rsidRPr="00000000">
        <w:rPr>
          <w:b w:val="1"/>
          <w:bCs w:val="1"/>
          <w:sz w:val="24"/>
          <w:szCs w:val="24"/>
          <w:rtl w:val="0"/>
        </w:rPr>
        <w:t xml:space="preserve">Meno a priezvisko zákonného zástupcu: </w:t>
      </w:r>
      <w:r w:rsidDel="00000000" w:rsidR="00000000" w:rsidRPr="00000000">
        <w:rPr>
          <w:sz w:val="24"/>
          <w:szCs w:val="24"/>
          <w:rtl w:val="0"/>
        </w:rPr>
        <w:t xml:space="preserve">...........................................</w:t>
      </w:r>
    </w:p>
    <w:p w:rsidR="00000000" w:rsidDel="00000000" w:rsidP="00000000" w:rsidRDefault="00000000" w:rsidRPr="00000000" w14:paraId="00000008">
      <w:pPr>
        <w:spacing w:after="80" w:lineRule="auto"/>
        <w:rPr>
          <w:sz w:val="24"/>
          <w:szCs w:val="24"/>
        </w:rPr>
      </w:pPr>
      <w:r w:rsidDel="00000000" w:rsidR="00000000" w:rsidRPr="00000000">
        <w:rPr>
          <w:b w:val="1"/>
          <w:bCs w:val="1"/>
          <w:sz w:val="24"/>
          <w:szCs w:val="24"/>
          <w:rtl w:val="0"/>
        </w:rPr>
        <w:t xml:space="preserve">Telefónne číslo: </w:t>
      </w:r>
      <w:r w:rsidDel="00000000" w:rsidR="00000000" w:rsidRPr="00000000">
        <w:rPr>
          <w:sz w:val="24"/>
          <w:szCs w:val="24"/>
          <w:rtl w:val="0"/>
        </w:rPr>
        <w:t xml:space="preserve">....................................................................</w:t>
      </w:r>
    </w:p>
    <w:tbl>
      <w:tblPr>
        <w:tblStyle w:val="Table1"/>
        <w:tblW w:w="9638.0" w:type="dxa"/>
        <w:jc w:val="center"/>
        <w:tblLayout w:type="fixed"/>
        <w:tblLook w:val="0400"/>
      </w:tblPr>
      <w:tblGrid>
        <w:gridCol w:w="4819"/>
        <w:gridCol w:w="4819"/>
        <w:tblGridChange w:id="0">
          <w:tblGrid>
            <w:gridCol w:w="4819"/>
            <w:gridCol w:w="481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9">
            <w:pPr>
              <w:rPr>
                <w:sz w:val="24"/>
                <w:szCs w:val="24"/>
              </w:rPr>
            </w:pPr>
            <w:r w:rsidDel="00000000" w:rsidR="00000000" w:rsidRPr="00000000">
              <w:rPr>
                <w:b w:val="1"/>
                <w:bCs w:val="1"/>
                <w:sz w:val="24"/>
                <w:szCs w:val="24"/>
                <w:rtl w:val="0"/>
              </w:rPr>
              <w:t xml:space="preserve">Dátum: </w:t>
            </w:r>
            <w:r w:rsidDel="00000000" w:rsidR="00000000" w:rsidRPr="00000000">
              <w:rPr>
                <w:sz w:val="24"/>
                <w:szCs w:val="24"/>
                <w:rtl w:val="0"/>
              </w:rPr>
              <w:t xml:space="preserv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A">
            <w:pPr>
              <w:jc w:val="right"/>
              <w:rPr>
                <w:sz w:val="24"/>
                <w:szCs w:val="24"/>
              </w:rPr>
            </w:pPr>
            <w:r w:rsidDel="00000000" w:rsidR="00000000" w:rsidRPr="00000000">
              <w:rPr>
                <w:b w:val="1"/>
                <w:bCs w:val="1"/>
                <w:sz w:val="24"/>
                <w:szCs w:val="24"/>
                <w:rtl w:val="0"/>
              </w:rPr>
              <w:t xml:space="preserve">Podpis: </w:t>
            </w:r>
            <w:r w:rsidDel="00000000" w:rsidR="00000000" w:rsidRPr="00000000">
              <w:rPr>
                <w:sz w:val="24"/>
                <w:szCs w:val="24"/>
                <w:rtl w:val="0"/>
              </w:rPr>
              <w:t xml:space="preserve">................................</w:t>
            </w:r>
          </w:p>
        </w:tc>
      </w:tr>
    </w:tbl>
    <w:p w:rsidR="00000000" w:rsidDel="00000000" w:rsidP="00000000" w:rsidRDefault="00000000" w:rsidRPr="00000000" w14:paraId="0000000B">
      <w:pPr>
        <w:spacing w:after="160" w:before="160" w:lineRule="auto"/>
        <w:jc w:val="center"/>
        <w:rPr>
          <w:sz w:val="16"/>
          <w:szCs w:val="16"/>
        </w:rPr>
      </w:pPr>
      <w:r w:rsidDel="00000000" w:rsidR="00000000" w:rsidRPr="00000000">
        <w:rPr>
          <w:rtl w:val="0"/>
        </w:rPr>
      </w:r>
    </w:p>
    <w:p w:rsidR="00000000" w:rsidDel="00000000" w:rsidP="00000000" w:rsidRDefault="00000000" w:rsidRPr="00000000" w14:paraId="0000000C">
      <w:pPr>
        <w:spacing w:after="160" w:before="160" w:lineRule="auto"/>
        <w:jc w:val="center"/>
        <w:rPr/>
      </w:pPr>
      <w:r w:rsidDel="00000000" w:rsidR="00000000" w:rsidRPr="00000000">
        <w:rPr>
          <w:sz w:val="16"/>
          <w:szCs w:val="16"/>
          <w:rtl w:val="0"/>
        </w:rPr>
        <w:t xml:space="preserve">✂  – – – – – – – – – – – – – – – – – – – – – – – – – – – – – – – – – – – – – – – – – – – </w:t>
      </w:r>
      <w:r w:rsidDel="00000000" w:rsidR="00000000" w:rsidRPr="00000000">
        <w:rPr>
          <w:rtl w:val="0"/>
        </w:rPr>
      </w:r>
    </w:p>
    <w:p w:rsidR="00000000" w:rsidDel="00000000" w:rsidP="00000000" w:rsidRDefault="00000000" w:rsidRPr="00000000" w14:paraId="0000000D">
      <w:pPr>
        <w:spacing w:after="140" w:lineRule="auto"/>
        <w:jc w:val="center"/>
        <w:rPr>
          <w:b w:val="1"/>
          <w:bCs w:val="1"/>
          <w:sz w:val="24"/>
          <w:szCs w:val="24"/>
        </w:rPr>
      </w:pPr>
      <w:r w:rsidDel="00000000" w:rsidR="00000000" w:rsidRPr="00000000">
        <w:rPr>
          <w:rtl w:val="0"/>
        </w:rPr>
      </w:r>
    </w:p>
    <w:p w:rsidR="00000000" w:rsidDel="00000000" w:rsidP="00000000" w:rsidRDefault="00000000" w:rsidRPr="00000000" w14:paraId="0000000E">
      <w:pPr>
        <w:spacing w:after="140" w:lineRule="auto"/>
        <w:jc w:val="center"/>
        <w:rPr>
          <w:sz w:val="24"/>
          <w:szCs w:val="24"/>
        </w:rPr>
      </w:pPr>
      <w:r w:rsidDel="00000000" w:rsidR="00000000" w:rsidRPr="00000000">
        <w:rPr>
          <w:b w:val="1"/>
          <w:bCs w:val="1"/>
          <w:sz w:val="24"/>
          <w:szCs w:val="24"/>
          <w:rtl w:val="0"/>
        </w:rPr>
        <w:t xml:space="preserve">SÚHLAS SO ZARADENÍM DO WHATSAPP SKUPINY</w:t>
        <w:br w:type="textWrapping"/>
        <w:t xml:space="preserve">A SO ZDIEĽANÍM FOTOGRAFIÍ</w:t>
      </w:r>
      <w:r w:rsidDel="00000000" w:rsidR="00000000" w:rsidRPr="00000000">
        <w:rPr>
          <w:rtl w:val="0"/>
        </w:rPr>
      </w:r>
    </w:p>
    <w:p w:rsidR="00000000" w:rsidDel="00000000" w:rsidP="00000000" w:rsidRDefault="00000000" w:rsidRPr="00000000" w14:paraId="0000000F">
      <w:pPr>
        <w:spacing w:after="80" w:line="240" w:lineRule="auto"/>
        <w:rPr>
          <w:sz w:val="24"/>
          <w:szCs w:val="24"/>
        </w:rPr>
      </w:pPr>
      <w:r w:rsidDel="00000000" w:rsidR="00000000" w:rsidRPr="00000000">
        <w:rPr>
          <w:sz w:val="24"/>
          <w:szCs w:val="24"/>
          <w:rtl w:val="0"/>
        </w:rPr>
        <w:t xml:space="preserve">Súhlasím so zaradením môjho telefónneho čísla do uzavretej WhatsApp skupiny Súkromnej materskej školy Kalinajkovo, určenej na organizačnú komunikáciu s rodičmi a zdieľanie fotografií a videí zo života materskej školy.</w:t>
      </w:r>
    </w:p>
    <w:p w:rsidR="00000000" w:rsidDel="00000000" w:rsidP="00000000" w:rsidRDefault="00000000" w:rsidRPr="00000000" w14:paraId="00000010">
      <w:pPr>
        <w:spacing w:after="80" w:line="240" w:lineRule="auto"/>
        <w:rPr>
          <w:sz w:val="24"/>
          <w:szCs w:val="24"/>
        </w:rPr>
      </w:pPr>
      <w:r w:rsidDel="00000000" w:rsidR="00000000" w:rsidRPr="00000000">
        <w:rPr>
          <w:sz w:val="24"/>
          <w:szCs w:val="24"/>
          <w:rtl w:val="0"/>
        </w:rPr>
        <w:t xml:space="preserve">Súhlasím so zdieľaním fotografií a videí môjho dieťaťa v tejto uzavretej skupine.</w:t>
      </w:r>
    </w:p>
    <w:p w:rsidR="00000000" w:rsidDel="00000000" w:rsidP="00000000" w:rsidRDefault="00000000" w:rsidRPr="00000000" w14:paraId="00000011">
      <w:pPr>
        <w:spacing w:after="80" w:line="240" w:lineRule="auto"/>
        <w:rPr>
          <w:sz w:val="24"/>
          <w:szCs w:val="24"/>
        </w:rPr>
      </w:pPr>
      <w:r w:rsidDel="00000000" w:rsidR="00000000" w:rsidRPr="00000000">
        <w:rPr>
          <w:sz w:val="24"/>
          <w:szCs w:val="24"/>
          <w:rtl w:val="0"/>
        </w:rPr>
        <w:t xml:space="preserve">Beriem na vedomie, že fotografie a videá, na ktorých sú zachytené aj iné deti, sú určené výlučne na súkromné účely členov skupiny. Bez súhlasu zákonných zástupcov ostatných zachytených detí ich nebudem ďalej zverejňovať, najmä na sociálnych sieťach, ani poskytovať alebo preposielať tretím osobám.</w:t>
      </w:r>
    </w:p>
    <w:p w:rsidR="00000000" w:rsidDel="00000000" w:rsidP="00000000" w:rsidRDefault="00000000" w:rsidRPr="00000000" w14:paraId="00000012">
      <w:pPr>
        <w:spacing w:after="80" w:line="240" w:lineRule="auto"/>
        <w:rPr>
          <w:sz w:val="24"/>
          <w:szCs w:val="24"/>
        </w:rPr>
      </w:pPr>
      <w:r w:rsidDel="00000000" w:rsidR="00000000" w:rsidRPr="00000000">
        <w:rPr>
          <w:sz w:val="24"/>
          <w:szCs w:val="24"/>
          <w:rtl w:val="0"/>
        </w:rPr>
        <w:t xml:space="preserve">Tento súhlas je dobrovoľný a môžem ho kedykoľvek odvolať.</w:t>
      </w:r>
    </w:p>
    <w:p w:rsidR="00000000" w:rsidDel="00000000" w:rsidP="00000000" w:rsidRDefault="00000000" w:rsidRPr="00000000" w14:paraId="00000013">
      <w:pPr>
        <w:spacing w:after="80" w:lineRule="auto"/>
        <w:rPr>
          <w:sz w:val="24"/>
          <w:szCs w:val="24"/>
        </w:rPr>
      </w:pPr>
      <w:r w:rsidDel="00000000" w:rsidR="00000000" w:rsidRPr="00000000">
        <w:rPr>
          <w:b w:val="1"/>
          <w:bCs w:val="1"/>
          <w:sz w:val="24"/>
          <w:szCs w:val="24"/>
          <w:rtl w:val="0"/>
        </w:rPr>
        <w:t xml:space="preserve">Meno a priezvisko dieťaťa: </w:t>
      </w:r>
      <w:r w:rsidDel="00000000" w:rsidR="00000000" w:rsidRPr="00000000">
        <w:rPr>
          <w:sz w:val="24"/>
          <w:szCs w:val="24"/>
          <w:rtl w:val="0"/>
        </w:rPr>
        <w:t xml:space="preserve">.......................................................</w:t>
      </w:r>
    </w:p>
    <w:p w:rsidR="00000000" w:rsidDel="00000000" w:rsidP="00000000" w:rsidRDefault="00000000" w:rsidRPr="00000000" w14:paraId="00000014">
      <w:pPr>
        <w:spacing w:after="80" w:lineRule="auto"/>
        <w:rPr>
          <w:sz w:val="24"/>
          <w:szCs w:val="24"/>
        </w:rPr>
      </w:pPr>
      <w:r w:rsidDel="00000000" w:rsidR="00000000" w:rsidRPr="00000000">
        <w:rPr>
          <w:b w:val="1"/>
          <w:bCs w:val="1"/>
          <w:sz w:val="24"/>
          <w:szCs w:val="24"/>
          <w:rtl w:val="0"/>
        </w:rPr>
        <w:t xml:space="preserve">Meno a priezvisko zákonného zástupcu: </w:t>
      </w:r>
      <w:r w:rsidDel="00000000" w:rsidR="00000000" w:rsidRPr="00000000">
        <w:rPr>
          <w:sz w:val="24"/>
          <w:szCs w:val="24"/>
          <w:rtl w:val="0"/>
        </w:rPr>
        <w:t xml:space="preserve">...........................................</w:t>
      </w:r>
    </w:p>
    <w:p w:rsidR="00000000" w:rsidDel="00000000" w:rsidP="00000000" w:rsidRDefault="00000000" w:rsidRPr="00000000" w14:paraId="00000015">
      <w:pPr>
        <w:spacing w:after="80" w:lineRule="auto"/>
        <w:rPr>
          <w:sz w:val="24"/>
          <w:szCs w:val="24"/>
        </w:rPr>
      </w:pPr>
      <w:r w:rsidDel="00000000" w:rsidR="00000000" w:rsidRPr="00000000">
        <w:rPr>
          <w:b w:val="1"/>
          <w:bCs w:val="1"/>
          <w:sz w:val="24"/>
          <w:szCs w:val="24"/>
          <w:rtl w:val="0"/>
        </w:rPr>
        <w:t xml:space="preserve">Telefónne číslo: </w:t>
      </w:r>
      <w:r w:rsidDel="00000000" w:rsidR="00000000" w:rsidRPr="00000000">
        <w:rPr>
          <w:sz w:val="24"/>
          <w:szCs w:val="24"/>
          <w:rtl w:val="0"/>
        </w:rPr>
        <w:t xml:space="preserve">....................................................................</w:t>
      </w:r>
    </w:p>
    <w:tbl>
      <w:tblPr>
        <w:tblStyle w:val="Table2"/>
        <w:tblW w:w="9638.0" w:type="dxa"/>
        <w:jc w:val="center"/>
        <w:tblLayout w:type="fixed"/>
        <w:tblLook w:val="0400"/>
      </w:tblPr>
      <w:tblGrid>
        <w:gridCol w:w="4819"/>
        <w:gridCol w:w="4819"/>
        <w:tblGridChange w:id="0">
          <w:tblGrid>
            <w:gridCol w:w="4819"/>
            <w:gridCol w:w="481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6">
            <w:pPr>
              <w:rPr>
                <w:sz w:val="24"/>
                <w:szCs w:val="24"/>
              </w:rPr>
            </w:pPr>
            <w:r w:rsidDel="00000000" w:rsidR="00000000" w:rsidRPr="00000000">
              <w:rPr>
                <w:b w:val="1"/>
                <w:bCs w:val="1"/>
                <w:sz w:val="24"/>
                <w:szCs w:val="24"/>
                <w:rtl w:val="0"/>
              </w:rPr>
              <w:t xml:space="preserve">Dátum: </w:t>
            </w:r>
            <w:r w:rsidDel="00000000" w:rsidR="00000000" w:rsidRPr="00000000">
              <w:rPr>
                <w:sz w:val="24"/>
                <w:szCs w:val="24"/>
                <w:rtl w:val="0"/>
              </w:rPr>
              <w:t xml:space="preserv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7">
            <w:pPr>
              <w:jc w:val="right"/>
              <w:rPr>
                <w:sz w:val="24"/>
                <w:szCs w:val="24"/>
              </w:rPr>
            </w:pPr>
            <w:r w:rsidDel="00000000" w:rsidR="00000000" w:rsidRPr="00000000">
              <w:rPr>
                <w:b w:val="1"/>
                <w:bCs w:val="1"/>
                <w:sz w:val="24"/>
                <w:szCs w:val="24"/>
                <w:rtl w:val="0"/>
              </w:rPr>
              <w:t xml:space="preserve">Podpis: </w:t>
            </w:r>
            <w:r w:rsidDel="00000000" w:rsidR="00000000" w:rsidRPr="00000000">
              <w:rPr>
                <w:sz w:val="24"/>
                <w:szCs w:val="24"/>
                <w:rtl w:val="0"/>
              </w:rPr>
              <w:t xml:space="preserve">................................</w:t>
            </w:r>
          </w:p>
        </w:tc>
      </w:tr>
    </w:tbl>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624" w:top="624" w:left="907" w:right="90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9"/>
        <w:szCs w:val="19"/>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222cZW6UvcRHbmu8SqsDITP6ag==">CgMxLjA4AHIhMTRIaVFQM1dyeU1zbkRJaGF6SDRYVkJuTUlfRjhhR19v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