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ZDRAVOTNÉ OSOBITOSTI DIEŤAŤA</w:t>
      </w:r>
    </w:p>
    <w:p>
      <w:pPr>
        <w:spacing w:after="120"/>
      </w:pPr>
      <w:r>
        <w:rPr>
          <w:b/>
        </w:rPr>
        <w:t xml:space="preserve">Meno a priezvisko dieťaťa: </w:t>
      </w:r>
      <w:r>
        <w:t>.................................................................</w:t>
      </w:r>
    </w:p>
    <w:p>
      <w:pPr>
        <w:spacing w:after="120"/>
      </w:pPr>
      <w:r>
        <w:rPr>
          <w:b/>
        </w:rPr>
        <w:t xml:space="preserve">Dátum narodenia: </w:t>
      </w:r>
      <w:r>
        <w:t>...................................</w:t>
      </w:r>
    </w:p>
    <w:p>
      <w:pPr>
        <w:spacing w:before="100" w:after="140"/>
      </w:pPr>
      <w:r>
        <w:rPr>
          <w:sz w:val="22"/>
        </w:rPr>
        <w:t xml:space="preserve">☐ </w:t>
      </w:r>
      <w:r>
        <w:rPr>
          <w:b/>
        </w:rPr>
        <w:t>Dieťa nemá známe zdravotné osobitosti ani alergie, o ktorých je potrebné informovať materskú školu.</w:t>
      </w:r>
    </w:p>
    <w:p>
      <w:pPr>
        <w:spacing w:before="80" w:after="40"/>
      </w:pPr>
      <w:r>
        <w:rPr>
          <w:b/>
        </w:rPr>
        <w:t>Alergie: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before="80" w:after="40"/>
      </w:pPr>
      <w:r>
        <w:rPr>
          <w:b/>
        </w:rPr>
        <w:t>Iné zdravotné ťažkosti alebo osobitosti, o ktorých má materská škola vedieť: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before="80" w:after="40"/>
      </w:pPr>
      <w:r>
        <w:rPr>
          <w:b/>
        </w:rPr>
        <w:t>Prejavy, ktoré je potrebné u dieťaťa sledovať: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before="80" w:after="40"/>
      </w:pPr>
      <w:r>
        <w:rPr>
          <w:b/>
        </w:rPr>
        <w:t>Odporúčaný postup v prípade výskytu ťažkostí: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before="100" w:after="100"/>
      </w:pPr>
      <w:r>
        <w:rPr>
          <w:sz w:val="22"/>
        </w:rPr>
        <w:t xml:space="preserve">☐ </w:t>
      </w:r>
      <w:r>
        <w:rPr>
          <w:b/>
        </w:rPr>
        <w:t>Dieťa má lekárom predpísaný liek určený na použitie v prípade náhleho zdravotného problému.</w:t>
      </w:r>
    </w:p>
    <w:p>
      <w:pPr>
        <w:spacing w:before="80" w:after="40"/>
      </w:pPr>
      <w:r>
        <w:rPr>
          <w:b/>
        </w:rPr>
        <w:t>Názov lieku a dôvod jeho použitia: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before="80" w:after="40"/>
      </w:pPr>
      <w:r>
        <w:rPr>
          <w:b/>
        </w:rPr>
        <w:t>Postup pri náhlom zdravotnom probléme a prípadnom podaní lieku: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after="20"/>
      </w:pPr>
      <w:r>
        <w:t>............................................................................................................</w:t>
      </w:r>
    </w:p>
    <w:p>
      <w:pPr>
        <w:spacing w:before="80" w:after="160"/>
      </w:pPr>
      <w:r>
        <w:rPr>
          <w:i/>
          <w:sz w:val="18"/>
        </w:rPr>
        <w:t>Prípadné podanie lieku dieťaťu v materskej škole sa uskutoční len na základe vopred dohodnutého postupu a pokynov ošetrujúceho lekára.</w:t>
      </w:r>
    </w:p>
    <w:p>
      <w:pPr>
        <w:spacing w:after="180"/>
      </w:pPr>
      <w:r>
        <w:t>Vyhlasujem, že uvedené údaje sú pravdivé a aktuálne. Zaväzujem sa bezodkladne informovať materskú školu o každej zmene vyššie uvedených údajov alebo o zmene zdravotného stavu dieťaťa, ktorá môže byť významná počas jeho pobytu v materskej škole.</w:t>
      </w:r>
    </w:p>
    <w:p>
      <w:pPr>
        <w:spacing w:after="120"/>
      </w:pPr>
      <w:r>
        <w:rPr>
          <w:b/>
        </w:rPr>
        <w:t xml:space="preserve">Meno a priezvisko zákonného zástupcu: </w:t>
      </w:r>
      <w:r>
        <w:t>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b/>
              </w:rPr>
              <w:t xml:space="preserve">Dátum: </w:t>
            </w:r>
            <w:r>
              <w:t>..............................</w:t>
            </w:r>
          </w:p>
        </w:tc>
        <w:tc>
          <w:tcPr>
            <w:tcW w:type="dxa" w:w="510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rPr>
                <w:b/>
              </w:rPr>
              <w:t xml:space="preserve">Podpis: </w:t>
            </w:r>
            <w:r>
              <w:t>..............................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