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467358"/>
          <w:sz w:val="32"/>
          <w:szCs w:val="32"/>
          <w:rtl w:val="0"/>
        </w:rPr>
        <w:t xml:space="preserve">SPLNOMOCNENIE NA PREVZATIE DIEŤAŤA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Súkromná materská škola Kalinajkovo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Tatranská 45, 053 11 Smižany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Zákonný zástupca dieťaťa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Meno a priezvisko: </w:t>
      </w: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8">
      <w:pPr>
        <w:spacing w:after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Meno a priezvisko dieťaťa: </w:t>
      </w:r>
      <w:r w:rsidDel="00000000" w:rsidR="00000000" w:rsidRPr="00000000">
        <w:rPr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09">
      <w:pPr>
        <w:spacing w:after="160" w:before="160" w:lineRule="auto"/>
        <w:rPr/>
      </w:pPr>
      <w:r w:rsidDel="00000000" w:rsidR="00000000" w:rsidRPr="00000000">
        <w:rPr>
          <w:rtl w:val="0"/>
        </w:rPr>
        <w:t xml:space="preserve">týmto splnomocňujem nižšie uvedenú plnoletú osobu na prevzatie môjho dieťaťa zo Súkromnej materskej školy Kalinajkovo:</w:t>
      </w:r>
    </w:p>
    <w:tbl>
      <w:tblPr>
        <w:tblStyle w:val="Table1"/>
        <w:tblW w:w="924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5"/>
        <w:gridCol w:w="6236"/>
        <w:tblGridChange w:id="0">
          <w:tblGrid>
            <w:gridCol w:w="3005"/>
            <w:gridCol w:w="6236"/>
          </w:tblGrid>
        </w:tblGridChange>
      </w:tblGrid>
      <w:tr>
        <w:trPr>
          <w:cantSplit w:val="0"/>
          <w:tblHeader w:val="0"/>
        </w:trPr>
        <w:tc>
          <w:tcPr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Meno a priezvisko poverenej osoby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Vzťah k dieťaťu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Telefónny kontakt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Splnomocnenie platí: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lineRule="auto"/>
        <w:ind w:left="397" w:firstLine="0"/>
        <w:rPr/>
      </w:pPr>
      <w:r w:rsidDel="00000000" w:rsidR="00000000" w:rsidRPr="00000000">
        <w:rPr>
          <w:rtl w:val="0"/>
        </w:rPr>
        <w:t xml:space="preserve">☐ jednorazovo, dňa: ____________________________________</w:t>
      </w:r>
    </w:p>
    <w:p w:rsidR="00000000" w:rsidDel="00000000" w:rsidP="00000000" w:rsidRDefault="00000000" w:rsidRPr="00000000" w14:paraId="00000013">
      <w:pPr>
        <w:spacing w:after="80" w:lineRule="auto"/>
        <w:ind w:left="397" w:firstLine="0"/>
        <w:rPr/>
      </w:pPr>
      <w:r w:rsidDel="00000000" w:rsidR="00000000" w:rsidRPr="00000000">
        <w:rPr>
          <w:rtl w:val="0"/>
        </w:rPr>
        <w:t xml:space="preserve">☐ od: ____________________  do: ____________________</w:t>
      </w:r>
    </w:p>
    <w:p w:rsidR="00000000" w:rsidDel="00000000" w:rsidP="00000000" w:rsidRDefault="00000000" w:rsidRPr="00000000" w14:paraId="00000014">
      <w:pPr>
        <w:spacing w:after="80" w:lineRule="auto"/>
        <w:ind w:left="397" w:firstLine="0"/>
        <w:rPr/>
      </w:pPr>
      <w:r w:rsidDel="00000000" w:rsidR="00000000" w:rsidRPr="00000000">
        <w:rPr>
          <w:rtl w:val="0"/>
        </w:rPr>
        <w:t xml:space="preserve">☐ do odvolania</w:t>
      </w:r>
    </w:p>
    <w:p w:rsidR="00000000" w:rsidDel="00000000" w:rsidP="00000000" w:rsidRDefault="00000000" w:rsidRPr="00000000" w14:paraId="00000015">
      <w:pPr>
        <w:spacing w:after="160" w:before="140" w:lineRule="auto"/>
        <w:rPr/>
      </w:pPr>
      <w:r w:rsidDel="00000000" w:rsidR="00000000" w:rsidRPr="00000000">
        <w:rPr>
          <w:rtl w:val="0"/>
        </w:rPr>
        <w:t xml:space="preserve">Zákonný zástupca berie na vedomie, že pedagogický zamestnanec je v odôvodnených prípadoch oprávnený overiť totožnosť osoby, ktorá prišla dieťa prevziať.</w:t>
      </w:r>
    </w:p>
    <w:p w:rsidR="00000000" w:rsidDel="00000000" w:rsidP="00000000" w:rsidRDefault="00000000" w:rsidRPr="00000000" w14:paraId="00000016">
      <w:pPr>
        <w:spacing w:after="160" w:lineRule="auto"/>
        <w:rPr/>
      </w:pPr>
      <w:r w:rsidDel="00000000" w:rsidR="00000000" w:rsidRPr="00000000">
        <w:rPr>
          <w:rtl w:val="0"/>
        </w:rPr>
        <w:t xml:space="preserve">Zákonný zástupca je povinný bezodkladne oznámiť materskej škole zmenu alebo odvolanie tohto splnomocnenia.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70.0" w:type="dxa"/>
        <w:jc w:val="center"/>
        <w:tblLayout w:type="fixed"/>
        <w:tblLook w:val="0400"/>
      </w:tblPr>
      <w:tblGrid>
        <w:gridCol w:w="4535"/>
        <w:gridCol w:w="4535"/>
        <w:tblGridChange w:id="0">
          <w:tblGrid>
            <w:gridCol w:w="4535"/>
            <w:gridCol w:w="45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 Smižanoch dňa: 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</w:t>
              <w:br w:type="textWrapping"/>
              <w:t xml:space="preserve">Podpis zákonného zástupcu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907" w:top="907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wgNsbYUS5z+1d+qhRr4UnW+LNQ==">CgMxLjA4AHIhMVRjeEVfQXRMRHo4Q2N0ZVd4dEdDZ3JHUmp2US1MWnRY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